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ישראליים ומה עושים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עם מילת הזמן ב...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דגלים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שבחנוכה אוכלים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מתחפשים בפורים, בפסח אוכלים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בראש השנה אוכלים תפוח בדבש, מצה אוכלים בפסח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חג לדבר שקשור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(סופגניות)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(תחפושת)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ציון שם חג אחד וסיבה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ולהשמיע את המשפטים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כל חג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חגים ומועדים בישראל - מה אוכלים, מה עושים ואילו מילים קשורות לכל 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מדליקים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זיקוקים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ביום העצמאות בכל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בונים בחג הסוכות?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סופגניות ולביבות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מתחפשים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העצמאות יש דגלים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השנה אוכלים מצה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מדליקים 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מתחפשים.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אוכלים מצה.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דגלים בכל מקום.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חג לדבר שקשור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סופגניות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תחפושת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העצמאות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חג הכי מעניין אתכם? כתבו שם של חג ולמה הוא מעניין.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בחנוכה?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ביום העצמאות בכל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