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חגים ישראליים ומה עושים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פשוטים עם מילת הזמן ב...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מתחפשים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דגלים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שבחנוכה אוכלים סופגניות ולביבות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מתחפשים בפורים, בפסח אוכלים מצה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בראש השנה אוכלים תפוח בדבש, מצה אוכלים בפסח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העצמאות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חג לדבר שקשור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(סופגניות)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(תחפושת)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(דבש)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בכל 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ציון שם חג אחד וסיבה אחת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נרות, סופגניות ולביבות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מתחפשים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ולהשמיע את המשפטים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כל חג לצד המילים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חגים ומועדים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על חגים. נלמד מילים חדשות ונדע מה עושים בכל 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חַג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חגיגי ומיוחד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שַׁבָּת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מנוחה פעם בשבוע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רֹאשׁ הַשָּׁנָה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השנה העברית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סֻכָּה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קטן בחג הסוכות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חֲנֻכָּה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עם נרות וסופגניות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פּוּרִים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עם תחפושות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פֶּסַח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עם מצה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דֶּגֶל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סמל של 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מדליקים בחג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זיקוקים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אנשים עושים בפורים?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בונים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מתחפשים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אוכלים בחג 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הרבה ביום העצמאות?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תחפושות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בונים בחג סוכות?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תחפושת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אוכלים סופגניות ולביבות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בפסח מתחפשים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העצמאות יש דגלים בכל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בראש השנה אוכלים מצה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מדליקים נרות.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מתחפשים.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אוכלים מצה.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יש דגלים בכל מקום.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חג לדבר שקשור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העצמאות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תחפושת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ראש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סופגניות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מקום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העצמאות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דגלים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חג הכי מעניין אתכם? כתבו שם של חג ולמה הוא מעניין.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אוכלים בחנוכה?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יש ביום העצמאות בכל מקום?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חגים ומועדים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