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חגים ומועדים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שמות של חגים ישראליים ומה עושים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חדשות הקשורות לחגים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משפטים פשוטים עם מילת הזמן ב...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בוחרים תשובה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מתחפשים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בטקסט שבחנוכה אוכלים סופגניות ולביבות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בפורים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חג לדבר שקשור אליו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(סופגניות)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(תחפושת)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(מצה)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מסדרים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העצמאות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דגלים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ציון שם חג אחד וסיבה אחת לפחות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נרות, סופגניות ולביבות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מתחפשים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דגלים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הדף ולהשמיע את המשפטים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תמונות של כל חג לצד המילים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חגים ומועדים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על חגים ומועדים בישראל - מה אוכלים, מה עושים ואילו מילים קשורות לכל 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בחנוכה  ·  בפורים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בוחרים תשובה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מדליקים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מדורה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זיקוקים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בפורים?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בונים סוכה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מתחפשים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אוכלים מצה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בחנוכה אוכלים סופגניות ולביבות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ביום העצמאות יש דגלים בכל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מדליקים נרות.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מתחפשים.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מתאימים חג לדבר שקשור אליו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תחפושת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פסח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סופגניות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מסדרים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דגלים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העצמאות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חג הכי מעניין אתכם? כתבו שם של חג ולמה הוא מעניין.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אוכלים בחנוכה?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בפורים?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חגים ומועדים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